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80"/>
        <w:jc w:val="left"/>
      </w:pPr>
      <w:r>
        <w:rPr>
          <w:rFonts w:ascii="Calibri" w:hAnsi="Calibri"/>
          <w:b/>
          <w:i w:val="0"/>
          <w:color w:val="1F4D78"/>
          <w:sz w:val="44"/>
        </w:rPr>
        <w:t>Modelo de carta de autodespido por acoso laboral</w:t>
      </w:r>
    </w:p>
    <w:p>
      <w:pPr>
        <w:spacing w:after="280"/>
      </w:pPr>
      <w:r>
        <w:rPr>
          <w:rFonts w:ascii="Calibri" w:hAnsi="Calibri"/>
          <w:b/>
          <w:i w:val="0"/>
          <w:color w:val="5A5A5A"/>
          <w:sz w:val="22"/>
        </w:rPr>
        <w:t>Chile | Artículos 160, 162, 171 y 184 del Código del Trabajo</w:t>
      </w:r>
    </w:p>
    <w:p>
      <w:pPr>
        <w:spacing w:before="80" w:after="240" w:line="264" w:lineRule="auto"/>
        <w:ind w:left="216" w:right="216"/>
        <w:shd w:fill="FFF4CE"/>
      </w:pPr>
      <w:r>
        <w:rPr>
          <w:rFonts w:ascii="Calibri" w:hAnsi="Calibri"/>
          <w:b/>
          <w:i w:val="0"/>
          <w:sz w:val="22"/>
        </w:rPr>
        <w:t xml:space="preserve">Antes de usar este modelo: </w:t>
      </w:r>
      <w:r>
        <w:rPr>
          <w:rFonts w:ascii="Calibri" w:hAnsi="Calibri"/>
          <w:b w:val="0"/>
          <w:i w:val="0"/>
          <w:sz w:val="22"/>
        </w:rPr>
        <w:t>pide revisión a un abogado laboral. La carta fija las causales y los hechos que luego se discutirán en juicio. No copies ejemplos que no ocurrieron en tu caso. El aviso al empleador y la copia a la Inspección del Trabajo deben enviarse en la forma y oportunidad legales.</w:t>
      </w:r>
    </w:p>
    <w:p>
      <w:pPr>
        <w:pStyle w:val="Heading1"/>
      </w:pPr>
      <w:r>
        <w:t>Datos de la comunicación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Ciudad y fecha: </w:t>
      </w:r>
      <w:r>
        <w:rPr>
          <w:rFonts w:ascii="Calibri" w:hAnsi="Calibri"/>
          <w:b w:val="0"/>
          <w:i w:val="0"/>
          <w:color w:val="5A5A5A"/>
          <w:sz w:val="22"/>
        </w:rPr>
        <w:t>[CIUDAD], [DÍA] de [MES] de [AÑO]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Destinatario: </w:t>
      </w:r>
      <w:r>
        <w:rPr>
          <w:rFonts w:ascii="Calibri" w:hAnsi="Calibri"/>
          <w:b w:val="0"/>
          <w:i w:val="0"/>
          <w:color w:val="5A5A5A"/>
          <w:sz w:val="22"/>
        </w:rPr>
        <w:t>[NOMBRE DEL EMPLEADOR O REPRESENTANTE LEGAL]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RUT de la empresa: </w:t>
      </w:r>
      <w:r>
        <w:rPr>
          <w:rFonts w:ascii="Calibri" w:hAnsi="Calibri"/>
          <w:b w:val="0"/>
          <w:i w:val="0"/>
          <w:color w:val="5A5A5A"/>
          <w:sz w:val="22"/>
        </w:rPr>
        <w:t>[RUT]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Domicilio del empleador: </w:t>
      </w:r>
      <w:r>
        <w:rPr>
          <w:rFonts w:ascii="Calibri" w:hAnsi="Calibri"/>
          <w:b w:val="0"/>
          <w:i w:val="0"/>
          <w:color w:val="5A5A5A"/>
          <w:sz w:val="22"/>
        </w:rPr>
        <w:t>[DOMICILIO INDICADO EN EL CONTRATO]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Trabajador(a): </w:t>
      </w:r>
      <w:r>
        <w:rPr>
          <w:rFonts w:ascii="Calibri" w:hAnsi="Calibri"/>
          <w:b w:val="0"/>
          <w:i w:val="0"/>
          <w:color w:val="5A5A5A"/>
          <w:sz w:val="22"/>
        </w:rPr>
        <w:t>[NOMBRE COMPLETO Y RUT]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Cargo o función: </w:t>
      </w:r>
      <w:r>
        <w:rPr>
          <w:rFonts w:ascii="Calibri" w:hAnsi="Calibri"/>
          <w:b w:val="0"/>
          <w:i w:val="0"/>
          <w:color w:val="5A5A5A"/>
          <w:sz w:val="22"/>
        </w:rPr>
        <w:t>[CARGO]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Domicilio y contacto: </w:t>
      </w:r>
      <w:r>
        <w:rPr>
          <w:rFonts w:ascii="Calibri" w:hAnsi="Calibri"/>
          <w:b w:val="0"/>
          <w:i w:val="0"/>
          <w:color w:val="5A5A5A"/>
          <w:sz w:val="22"/>
        </w:rPr>
        <w:t>[DOMICILIO, CORREO Y TELÉFONO]</w:t>
      </w:r>
    </w:p>
    <w:p>
      <w:pPr>
        <w:spacing w:before="200" w:after="240"/>
      </w:pPr>
      <w:r>
        <w:rPr>
          <w:rFonts w:ascii="Calibri" w:hAnsi="Calibri"/>
          <w:b/>
          <w:i w:val="0"/>
          <w:sz w:val="22"/>
        </w:rPr>
        <w:t xml:space="preserve">Materia: </w:t>
      </w:r>
      <w:r>
        <w:rPr>
          <w:rFonts w:ascii="Calibri" w:hAnsi="Calibri"/>
          <w:b w:val="0"/>
          <w:i w:val="0"/>
          <w:sz w:val="22"/>
        </w:rPr>
        <w:t>Comunica término del contrato por despido indirecto conforme al artículo 171 del Código del Trabajo</w:t>
      </w:r>
    </w:p>
    <w:p>
      <w:pPr>
        <w:spacing w:before="0" w:after="120" w:line="264" w:lineRule="auto"/>
      </w:pPr>
      <w:r>
        <w:rPr>
          <w:rFonts w:ascii="Calibri" w:hAnsi="Calibri"/>
          <w:b w:val="0"/>
          <w:i w:val="0"/>
          <w:sz w:val="22"/>
        </w:rPr>
        <w:t>Señor(a) [NOMBRE DEL EMPLEADOR O REPRESENTANTE]:</w:t>
      </w:r>
    </w:p>
    <w:p>
      <w:pPr>
        <w:spacing w:before="0" w:after="120" w:line="264" w:lineRule="auto"/>
      </w:pPr>
      <w:r>
        <w:rPr>
          <w:rFonts w:ascii="Calibri" w:hAnsi="Calibri"/>
          <w:b w:val="0"/>
          <w:i w:val="0"/>
          <w:sz w:val="22"/>
        </w:rPr>
        <w:t>Por medio de la presente comunico que pongo término a mi contrato de trabajo, con efecto desde [FECHA EXACTA DEL TÉRMINO], en ejercicio de la facultad del artículo 171 del Código del Trabajo.</w:t>
      </w:r>
    </w:p>
    <w:p>
      <w:pPr>
        <w:pStyle w:val="Heading1"/>
      </w:pPr>
      <w:r>
        <w:t>Causal o causales invocadas</w:t>
      </w:r>
    </w:p>
    <w:p>
      <w:pPr>
        <w:spacing w:after="160"/>
        <w:shd w:fill="E8EEF5"/>
      </w:pPr>
      <w:r>
        <w:rPr>
          <w:rFonts w:ascii="Calibri" w:hAnsi="Calibri"/>
          <w:b/>
          <w:i w:val="0"/>
          <w:sz w:val="22"/>
        </w:rPr>
        <w:t xml:space="preserve">Instrucción de edición: </w:t>
      </w:r>
      <w:r>
        <w:rPr>
          <w:rFonts w:ascii="Calibri" w:hAnsi="Calibri"/>
          <w:b w:val="0"/>
          <w:i w:val="0"/>
          <w:sz w:val="22"/>
        </w:rPr>
        <w:t>conserva únicamente la causal o combinación de causales que un abogado considere aplicable a tus hechos. No basta copiar el número del artículo. Debes explicar las conductas concretas más abajo.</w:t>
      </w:r>
    </w:p>
    <w:p>
      <w:pPr>
        <w:spacing w:before="0" w:after="120" w:line="264" w:lineRule="auto"/>
      </w:pPr>
      <w:r>
        <w:rPr>
          <w:rFonts w:ascii="Calibri" w:hAnsi="Calibri"/>
          <w:b w:val="0"/>
          <w:i w:val="0"/>
          <w:sz w:val="22"/>
        </w:rPr>
        <w:t>[OPCIÓN A, SI CORRESPONDE] Artículo 160 N° 1 letra f): conductas de acoso laboral de carácter grave imputables al empleador.</w:t>
      </w:r>
    </w:p>
    <w:p>
      <w:pPr>
        <w:spacing w:before="0" w:after="120" w:line="264" w:lineRule="auto"/>
      </w:pPr>
      <w:r>
        <w:rPr>
          <w:rFonts w:ascii="Calibri" w:hAnsi="Calibri"/>
          <w:b w:val="0"/>
          <w:i w:val="0"/>
          <w:sz w:val="22"/>
        </w:rPr>
        <w:t>[OPCIÓN B, SI CORRESPONDE] Artículo 160 N° 7: incumplimiento grave de las obligaciones que impone el contrato, en relación con el deber de proteger eficazmente la vida y salud de los trabajadores establecido en el artículo 184.</w:t>
      </w:r>
    </w:p>
    <w:p>
      <w:pPr>
        <w:pStyle w:val="Heading1"/>
      </w:pPr>
      <w:r>
        <w:t>Hechos que fundan el término</w:t>
      </w:r>
    </w:p>
    <w:p>
      <w:pPr>
        <w:spacing w:before="0" w:after="120" w:line="264" w:lineRule="auto"/>
      </w:pPr>
      <w:r>
        <w:rPr>
          <w:rFonts w:ascii="Calibri" w:hAnsi="Calibri"/>
          <w:b w:val="0"/>
          <w:i w:val="0"/>
          <w:sz w:val="22"/>
        </w:rPr>
        <w:t>Los hechos deben quedar descritos de manera cronológica, concreta y verificable. Incluye fechas o periodos, lugares, personas involucradas, medio utilizado, testigos y documentos disponibles. Si no recuerdas una fecha exacta, indica el periodo con la mayor precisión posible.</w:t>
      </w:r>
    </w:p>
    <w:p>
      <w:pPr>
        <w:pStyle w:val="Heading2"/>
      </w:pPr>
      <w:r>
        <w:t>Hecho 1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Fecha o periodo: </w:t>
      </w:r>
      <w:r>
        <w:rPr>
          <w:rFonts w:ascii="Calibri" w:hAnsi="Calibri"/>
          <w:b w:val="0"/>
          <w:i w:val="0"/>
          <w:color w:val="5A5A5A"/>
          <w:sz w:val="22"/>
        </w:rPr>
        <w:t>[COMPLETAR]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Persona que realizó la conducta: </w:t>
      </w:r>
      <w:r>
        <w:rPr>
          <w:rFonts w:ascii="Calibri" w:hAnsi="Calibri"/>
          <w:b w:val="0"/>
          <w:i w:val="0"/>
          <w:color w:val="5A5A5A"/>
          <w:sz w:val="22"/>
        </w:rPr>
        <w:t>[NOMBRE, CARGO Y RELACIÓN CON EL EMPLEADOR]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Lugar o medio: </w:t>
      </w:r>
      <w:r>
        <w:rPr>
          <w:rFonts w:ascii="Calibri" w:hAnsi="Calibri"/>
          <w:b w:val="0"/>
          <w:i w:val="0"/>
          <w:color w:val="5A5A5A"/>
          <w:sz w:val="22"/>
        </w:rPr>
        <w:t>[REUNIÓN, CORREO, WHATSAPP, LLAMADA U OTRO]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Conducta exacta: </w:t>
      </w:r>
      <w:r>
        <w:rPr>
          <w:rFonts w:ascii="Calibri" w:hAnsi="Calibri"/>
          <w:b w:val="0"/>
          <w:i w:val="0"/>
          <w:color w:val="5A5A5A"/>
          <w:sz w:val="22"/>
        </w:rPr>
        <w:t>[DESCRIBE QUÉ OCURRIÓ SIN ADJETIVOS GENERALES]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Efecto laboral o personal: </w:t>
      </w:r>
      <w:r>
        <w:rPr>
          <w:rFonts w:ascii="Calibri" w:hAnsi="Calibri"/>
          <w:b w:val="0"/>
          <w:i w:val="0"/>
          <w:color w:val="5A5A5A"/>
          <w:sz w:val="22"/>
        </w:rPr>
        <w:t>[MENOSCABO, HUMILLACIÓN, AMENAZA O PERJUICIO CONCRETO]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Respaldo disponible: </w:t>
      </w:r>
      <w:r>
        <w:rPr>
          <w:rFonts w:ascii="Calibri" w:hAnsi="Calibri"/>
          <w:b w:val="0"/>
          <w:i w:val="0"/>
          <w:color w:val="5A5A5A"/>
          <w:sz w:val="22"/>
        </w:rPr>
        <w:t>[DOCUMENTO, TESTIGO, ACTA, LICENCIA, INFORME U OTRO]</w:t>
      </w:r>
    </w:p>
    <w:p>
      <w:pPr>
        <w:pStyle w:val="Heading2"/>
      </w:pPr>
      <w:r>
        <w:t>Hecho 2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Fecha o periodo: </w:t>
      </w:r>
      <w:r>
        <w:rPr>
          <w:rFonts w:ascii="Calibri" w:hAnsi="Calibri"/>
          <w:b w:val="0"/>
          <w:i w:val="0"/>
          <w:color w:val="5A5A5A"/>
          <w:sz w:val="22"/>
        </w:rPr>
        <w:t>[COMPLETAR]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Persona que realizó la conducta: </w:t>
      </w:r>
      <w:r>
        <w:rPr>
          <w:rFonts w:ascii="Calibri" w:hAnsi="Calibri"/>
          <w:b w:val="0"/>
          <w:i w:val="0"/>
          <w:color w:val="5A5A5A"/>
          <w:sz w:val="22"/>
        </w:rPr>
        <w:t>[NOMBRE, CARGO Y RELACIÓN CON EL EMPLEADOR]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Lugar o medio: </w:t>
      </w:r>
      <w:r>
        <w:rPr>
          <w:rFonts w:ascii="Calibri" w:hAnsi="Calibri"/>
          <w:b w:val="0"/>
          <w:i w:val="0"/>
          <w:color w:val="5A5A5A"/>
          <w:sz w:val="22"/>
        </w:rPr>
        <w:t>[REUNIÓN, CORREO, WHATSAPP, LLAMADA U OTRO]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Conducta exacta: </w:t>
      </w:r>
      <w:r>
        <w:rPr>
          <w:rFonts w:ascii="Calibri" w:hAnsi="Calibri"/>
          <w:b w:val="0"/>
          <w:i w:val="0"/>
          <w:color w:val="5A5A5A"/>
          <w:sz w:val="22"/>
        </w:rPr>
        <w:t>[DESCRIBE QUÉ OCURRIÓ SIN ADJETIVOS GENERALES]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Efecto laboral o personal: </w:t>
      </w:r>
      <w:r>
        <w:rPr>
          <w:rFonts w:ascii="Calibri" w:hAnsi="Calibri"/>
          <w:b w:val="0"/>
          <w:i w:val="0"/>
          <w:color w:val="5A5A5A"/>
          <w:sz w:val="22"/>
        </w:rPr>
        <w:t>[MENOSCABO, HUMILLACIÓN, AMENAZA O PERJUICIO CONCRETO]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Respaldo disponible: </w:t>
      </w:r>
      <w:r>
        <w:rPr>
          <w:rFonts w:ascii="Calibri" w:hAnsi="Calibri"/>
          <w:b w:val="0"/>
          <w:i w:val="0"/>
          <w:color w:val="5A5A5A"/>
          <w:sz w:val="22"/>
        </w:rPr>
        <w:t>[DOCUMENTO, TESTIGO, ACTA, LICENCIA, INFORME U OTRO]</w:t>
      </w:r>
    </w:p>
    <w:p>
      <w:pPr>
        <w:pStyle w:val="Heading2"/>
      </w:pPr>
      <w:r>
        <w:t>Hecho 3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Fecha o periodo: </w:t>
      </w:r>
      <w:r>
        <w:rPr>
          <w:rFonts w:ascii="Calibri" w:hAnsi="Calibri"/>
          <w:b w:val="0"/>
          <w:i w:val="0"/>
          <w:color w:val="5A5A5A"/>
          <w:sz w:val="22"/>
        </w:rPr>
        <w:t>[COMPLETAR]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Persona que realizó la conducta: </w:t>
      </w:r>
      <w:r>
        <w:rPr>
          <w:rFonts w:ascii="Calibri" w:hAnsi="Calibri"/>
          <w:b w:val="0"/>
          <w:i w:val="0"/>
          <w:color w:val="5A5A5A"/>
          <w:sz w:val="22"/>
        </w:rPr>
        <w:t>[NOMBRE, CARGO Y RELACIÓN CON EL EMPLEADOR]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Lugar o medio: </w:t>
      </w:r>
      <w:r>
        <w:rPr>
          <w:rFonts w:ascii="Calibri" w:hAnsi="Calibri"/>
          <w:b w:val="0"/>
          <w:i w:val="0"/>
          <w:color w:val="5A5A5A"/>
          <w:sz w:val="22"/>
        </w:rPr>
        <w:t>[REUNIÓN, CORREO, WHATSAPP, LLAMADA U OTRO]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Conducta exacta: </w:t>
      </w:r>
      <w:r>
        <w:rPr>
          <w:rFonts w:ascii="Calibri" w:hAnsi="Calibri"/>
          <w:b w:val="0"/>
          <w:i w:val="0"/>
          <w:color w:val="5A5A5A"/>
          <w:sz w:val="22"/>
        </w:rPr>
        <w:t>[DESCRIBE QUÉ OCURRIÓ SIN ADJETIVOS GENERALES]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Efecto laboral o personal: </w:t>
      </w:r>
      <w:r>
        <w:rPr>
          <w:rFonts w:ascii="Calibri" w:hAnsi="Calibri"/>
          <w:b w:val="0"/>
          <w:i w:val="0"/>
          <w:color w:val="5A5A5A"/>
          <w:sz w:val="22"/>
        </w:rPr>
        <w:t>[MENOSCABO, HUMILLACIÓN, AMENAZA O PERJUICIO CONCRETO]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Respaldo disponible: </w:t>
      </w:r>
      <w:r>
        <w:rPr>
          <w:rFonts w:ascii="Calibri" w:hAnsi="Calibri"/>
          <w:b w:val="0"/>
          <w:i w:val="0"/>
          <w:color w:val="5A5A5A"/>
          <w:sz w:val="22"/>
        </w:rPr>
        <w:t>[DOCUMENTO, TESTIGO, ACTA, LICENCIA, INFORME U OTRO]</w:t>
      </w:r>
    </w:p>
    <w:p>
      <w:pPr>
        <w:pStyle w:val="Heading2"/>
      </w:pPr>
      <w:r>
        <w:t>Hecho 4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Fecha o periodo: </w:t>
      </w:r>
      <w:r>
        <w:rPr>
          <w:rFonts w:ascii="Calibri" w:hAnsi="Calibri"/>
          <w:b w:val="0"/>
          <w:i w:val="0"/>
          <w:color w:val="5A5A5A"/>
          <w:sz w:val="22"/>
        </w:rPr>
        <w:t>[COMPLETAR]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Persona que realizó la conducta: </w:t>
      </w:r>
      <w:r>
        <w:rPr>
          <w:rFonts w:ascii="Calibri" w:hAnsi="Calibri"/>
          <w:b w:val="0"/>
          <w:i w:val="0"/>
          <w:color w:val="5A5A5A"/>
          <w:sz w:val="22"/>
        </w:rPr>
        <w:t>[NOMBRE, CARGO Y RELACIÓN CON EL EMPLEADOR]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Lugar o medio: </w:t>
      </w:r>
      <w:r>
        <w:rPr>
          <w:rFonts w:ascii="Calibri" w:hAnsi="Calibri"/>
          <w:b w:val="0"/>
          <w:i w:val="0"/>
          <w:color w:val="5A5A5A"/>
          <w:sz w:val="22"/>
        </w:rPr>
        <w:t>[REUNIÓN, CORREO, WHATSAPP, LLAMADA U OTRO]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Conducta exacta: </w:t>
      </w:r>
      <w:r>
        <w:rPr>
          <w:rFonts w:ascii="Calibri" w:hAnsi="Calibri"/>
          <w:b w:val="0"/>
          <w:i w:val="0"/>
          <w:color w:val="5A5A5A"/>
          <w:sz w:val="22"/>
        </w:rPr>
        <w:t>[DESCRIBE QUÉ OCURRIÓ SIN ADJETIVOS GENERALES]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Efecto laboral o personal: </w:t>
      </w:r>
      <w:r>
        <w:rPr>
          <w:rFonts w:ascii="Calibri" w:hAnsi="Calibri"/>
          <w:b w:val="0"/>
          <w:i w:val="0"/>
          <w:color w:val="5A5A5A"/>
          <w:sz w:val="22"/>
        </w:rPr>
        <w:t>[MENOSCABO, HUMILLACIÓN, AMENAZA O PERJUICIO CONCRETO]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Respaldo disponible: </w:t>
      </w:r>
      <w:r>
        <w:rPr>
          <w:rFonts w:ascii="Calibri" w:hAnsi="Calibri"/>
          <w:b w:val="0"/>
          <w:i w:val="0"/>
          <w:color w:val="5A5A5A"/>
          <w:sz w:val="22"/>
        </w:rPr>
        <w:t>[DOCUMENTO, TESTIGO, ACTA, LICENCIA, INFORME U OTRO]</w:t>
      </w:r>
    </w:p>
    <w:p>
      <w:pPr>
        <w:pStyle w:val="Heading1"/>
      </w:pPr>
      <w:r>
        <w:t>Denuncia previa y respuesta del empleador</w:t>
      </w:r>
    </w:p>
    <w:p>
      <w:pPr>
        <w:spacing w:before="0" w:after="120" w:line="264" w:lineRule="auto"/>
      </w:pPr>
      <w:r>
        <w:rPr>
          <w:rFonts w:ascii="Calibri" w:hAnsi="Calibri"/>
          <w:b w:val="0"/>
          <w:i w:val="0"/>
          <w:sz w:val="22"/>
        </w:rPr>
        <w:t>[SI HUBO DENUNCIA] El día [FECHA] informé estos hechos a [PERSONA, CANAL O INSPECCIÓN DEL TRABAJO], según consta en [ACTA, CORREO O COMPROBANTE]. El empleador [DESCRIBE QUÉ MEDIDA TOMÓ, QUÉ OMITIÓ O CÓMO RESPONDIÓ].</w:t>
      </w:r>
    </w:p>
    <w:p>
      <w:pPr>
        <w:spacing w:before="0" w:after="120" w:line="264" w:lineRule="auto"/>
      </w:pPr>
      <w:r>
        <w:rPr>
          <w:rFonts w:ascii="Calibri" w:hAnsi="Calibri"/>
          <w:b w:val="0"/>
          <w:i w:val="0"/>
          <w:sz w:val="22"/>
        </w:rPr>
        <w:t>[SI NO HUBO DENUNCIA PREVIA] Elimina el párrafo anterior. Pide asesoría antes de explicar cómo el empleador conocía o debía conocer el riesgo y por qué la conducta es jurídicamente imputable a este.</w:t>
      </w:r>
    </w:p>
    <w:p>
      <w:pPr>
        <w:pStyle w:val="Heading1"/>
      </w:pPr>
      <w:r>
        <w:t>Gravedad e incumplimiento del deber de protección</w:t>
      </w:r>
    </w:p>
    <w:p>
      <w:pPr>
        <w:spacing w:before="0" w:after="120" w:line="264" w:lineRule="auto"/>
      </w:pPr>
      <w:r>
        <w:rPr>
          <w:rFonts w:ascii="Calibri" w:hAnsi="Calibri"/>
          <w:b w:val="0"/>
          <w:i w:val="0"/>
          <w:sz w:val="22"/>
        </w:rPr>
        <w:t>Las conductas descritas produjeron [DESCRIBE EL MENOSCABO, MALTRATO, HUMILLACIÓN O AMENAZA A LA SITUACIÓN LABORAL]. Pese a que el empleador [CONOCÍA O DEBÍA CONOCER LOS HECHOS, EXPLICAR], no adoptó medidas eficaces para detenerlos, resguardar mi integridad o cumplir el procedimiento aplicable. Esta omisión constituye, según la causal que se invoque y la calificación judicial, un incumplimiento grave de sus obligaciones.</w:t>
      </w:r>
    </w:p>
    <w:p>
      <w:pPr>
        <w:pStyle w:val="Heading1"/>
      </w:pPr>
      <w:r>
        <w:t>Cierre de la comunicación</w:t>
      </w:r>
    </w:p>
    <w:p>
      <w:pPr>
        <w:spacing w:before="0" w:after="120" w:line="264" w:lineRule="auto"/>
      </w:pPr>
      <w:r>
        <w:rPr>
          <w:rFonts w:ascii="Calibri" w:hAnsi="Calibri"/>
          <w:b w:val="0"/>
          <w:i w:val="0"/>
          <w:sz w:val="22"/>
        </w:rPr>
        <w:t>Por estas razones, pongo término a mi contrato de trabajo en la fecha indicada. Me reservo el ejercicio de las acciones judiciales que correspondan y el cobro de las indemnizaciones, recargos y demás prestaciones que procedan conforme a derecho.</w:t>
      </w:r>
    </w:p>
    <w:p>
      <w:pPr>
        <w:spacing w:before="0" w:after="120" w:line="264" w:lineRule="auto"/>
      </w:pPr>
      <w:r>
        <w:rPr>
          <w:rFonts w:ascii="Calibri" w:hAnsi="Calibri"/>
          <w:b w:val="0"/>
          <w:i w:val="0"/>
          <w:sz w:val="22"/>
        </w:rPr>
        <w:t>Saluda atentamente,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Firma: </w:t>
      </w:r>
      <w:r>
        <w:rPr>
          <w:rFonts w:ascii="Calibri" w:hAnsi="Calibri"/>
          <w:b w:val="0"/>
          <w:i w:val="0"/>
          <w:color w:val="5A5A5A"/>
          <w:sz w:val="22"/>
        </w:rPr>
        <w:t>________________________________________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Nombre: </w:t>
      </w:r>
      <w:r>
        <w:rPr>
          <w:rFonts w:ascii="Calibri" w:hAnsi="Calibri"/>
          <w:b w:val="0"/>
          <w:i w:val="0"/>
          <w:color w:val="5A5A5A"/>
          <w:sz w:val="22"/>
        </w:rPr>
        <w:t>[NOMBRE COMPLETO]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RUT: </w:t>
      </w:r>
      <w:r>
        <w:rPr>
          <w:rFonts w:ascii="Calibri" w:hAnsi="Calibri"/>
          <w:b w:val="0"/>
          <w:i w:val="0"/>
          <w:color w:val="5A5A5A"/>
          <w:sz w:val="22"/>
        </w:rPr>
        <w:t>[RUT]</w:t>
      </w:r>
    </w:p>
    <w:p>
      <w:pPr>
        <w:pStyle w:val="Heading1"/>
      </w:pPr>
      <w:r>
        <w:t>Constancia de envío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Forma de envío al empleador: </w:t>
      </w:r>
      <w:r>
        <w:rPr>
          <w:rFonts w:ascii="Calibri" w:hAnsi="Calibri"/>
          <w:b w:val="0"/>
          <w:i w:val="0"/>
          <w:color w:val="5A5A5A"/>
          <w:sz w:val="22"/>
        </w:rPr>
        <w:t>[ENTREGA PERSONAL CON RECEPCIÓN / CARTA CERTIFICADA]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Número de seguimiento o recepción: </w:t>
      </w:r>
      <w:r>
        <w:rPr>
          <w:rFonts w:ascii="Calibri" w:hAnsi="Calibri"/>
          <w:b w:val="0"/>
          <w:i w:val="0"/>
          <w:color w:val="5A5A5A"/>
          <w:sz w:val="22"/>
        </w:rPr>
        <w:t>[COMPLETAR]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Copia enviada a la Inspección del Trabajo: </w:t>
      </w:r>
      <w:r>
        <w:rPr>
          <w:rFonts w:ascii="Calibri" w:hAnsi="Calibri"/>
          <w:b w:val="0"/>
          <w:i w:val="0"/>
          <w:color w:val="5A5A5A"/>
          <w:sz w:val="22"/>
        </w:rPr>
        <w:t>[FECHA, OFICINA Y COMPROBANTE]</w:t>
      </w:r>
    </w:p>
    <w:p>
      <w:pPr>
        <w:spacing w:after="100"/>
      </w:pPr>
      <w:r>
        <w:rPr>
          <w:rFonts w:ascii="Calibri" w:hAnsi="Calibri"/>
          <w:b/>
          <w:i w:val="0"/>
          <w:sz w:val="22"/>
        </w:rPr>
        <w:t xml:space="preserve">Documentos adjuntos: </w:t>
      </w:r>
      <w:r>
        <w:rPr>
          <w:rFonts w:ascii="Calibri" w:hAnsi="Calibri"/>
          <w:b w:val="0"/>
          <w:i w:val="0"/>
          <w:color w:val="5A5A5A"/>
          <w:sz w:val="22"/>
        </w:rPr>
        <w:t>[LISTA DE DOCUMENTOS, SI CORRESPONDE]</w:t>
      </w:r>
    </w:p>
    <w:p>
      <w:pPr>
        <w:pStyle w:val="Heading1"/>
      </w:pPr>
      <w:r>
        <w:t>Notas para completar el modelo</w:t>
      </w:r>
    </w:p>
    <w:p>
      <w:pPr>
        <w:pStyle w:val="ListBullet"/>
        <w:spacing w:after="160" w:line="280" w:lineRule="auto"/>
        <w:ind w:left="720" w:hanging="360"/>
      </w:pPr>
      <w:r>
        <w:rPr>
          <w:rFonts w:ascii="Calibri" w:hAnsi="Calibri"/>
          <w:b w:val="0"/>
          <w:i w:val="0"/>
          <w:sz w:val="22"/>
        </w:rPr>
        <w:t>La carta debe indicar la causal legal y los hechos que la fundan. Evita frases vagas como 'me trataron mal' sin explicar quién hizo qué, cuándo y cómo.</w:t>
      </w:r>
    </w:p>
    <w:p>
      <w:pPr>
        <w:pStyle w:val="ListBullet"/>
        <w:spacing w:after="160" w:line="280" w:lineRule="auto"/>
        <w:ind w:left="720" w:hanging="360"/>
      </w:pPr>
      <w:r>
        <w:rPr>
          <w:rFonts w:ascii="Calibri" w:hAnsi="Calibri"/>
          <w:b w:val="0"/>
          <w:i w:val="0"/>
          <w:sz w:val="22"/>
        </w:rPr>
        <w:t>No agregues diagnósticos clínicos propios. Si existe documentación de salud, descríbela con fidelidad y consérvala para la asesoría jurídica.</w:t>
      </w:r>
    </w:p>
    <w:p>
      <w:pPr>
        <w:pStyle w:val="ListBullet"/>
        <w:spacing w:after="160" w:line="280" w:lineRule="auto"/>
        <w:ind w:left="720" w:hanging="360"/>
      </w:pPr>
      <w:r>
        <w:rPr>
          <w:rFonts w:ascii="Calibri" w:hAnsi="Calibri"/>
          <w:b w:val="0"/>
          <w:i w:val="0"/>
          <w:sz w:val="22"/>
        </w:rPr>
        <w:t>El acoso de un compañero no se atribuye automáticamente al empleador. La estrategia puede depender de la denuncia, del conocimiento del riesgo y de la respuesta o falta de respuesta de la empresa.</w:t>
      </w:r>
    </w:p>
    <w:p>
      <w:pPr>
        <w:pStyle w:val="ListBullet"/>
        <w:spacing w:after="160" w:line="280" w:lineRule="auto"/>
        <w:ind w:left="720" w:hanging="360"/>
      </w:pPr>
      <w:r>
        <w:rPr>
          <w:rFonts w:ascii="Calibri" w:hAnsi="Calibri"/>
          <w:b w:val="0"/>
          <w:i w:val="0"/>
          <w:sz w:val="22"/>
        </w:rPr>
        <w:t>La demanda judicial debe presentarse dentro del plazo legal. Si el tribunal rechaza el autodespido, el contrato se entiende terminado por renuncia del trabajador.</w:t>
      </w:r>
    </w:p>
    <w:p>
      <w:pPr>
        <w:pStyle w:val="Heading1"/>
      </w:pPr>
      <w:r>
        <w:t>Fuentes normativas de referencia</w:t>
      </w:r>
    </w:p>
    <w:p>
      <w:pPr>
        <w:spacing w:before="0" w:after="0" w:line="264" w:lineRule="auto"/>
      </w:pPr>
      <w:r>
        <w:rPr>
          <w:rFonts w:ascii="Calibri" w:hAnsi="Calibri"/>
          <w:b w:val="0"/>
          <w:i/>
          <w:sz w:val="22"/>
        </w:rPr>
        <w:t>Código del Trabajo de Chile, artículos 2, 160, 162, 168, 171, 184 y 211-B a 211-E. Dirección del Trabajo, ORD. N°3519/34 de 9 de agosto de 2012, ORD. N°335/2 de 19 de enero de 2017 y ORD. N°362/19 de 7 de junio de 2024. Versión del modelo: 11 de agosto de 2026.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A5A5A"/>
        <w:sz w:val="17"/>
      </w:rPr>
      <w:t>Terapia Online Chile | Material informativo, no sustituye asesoría jurídica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left"/>
      <w:pBdr>
        <w:bottom w:val="single" w:sz="6" w:space="6" w:color="D8E1E8"/>
      </w:pBdr>
    </w:pPr>
    <w:r>
      <w:rPr>
        <w:rFonts w:ascii="Calibri" w:hAnsi="Calibri"/>
        <w:b/>
        <w:i w:val="0"/>
        <w:color w:val="5A5A5A"/>
        <w:sz w:val="18"/>
      </w:rPr>
      <w:t>MODELO EDITABLE | AUTODESPIDO POR ACOSO LABORAL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carta de autodespido por acoso laboral en Chile</dc:title>
  <dc:subject>Modelo editable con campos para completar</dc:subject>
  <dc:creator>Terapia Online Chile</dc:creator>
  <cp:keywords>autodespido, acoso laboral, carta, Chile, Ley Karin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